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sz w:val="52"/>
        </w:rPr>
        <w:t>PERFILES ARTÍSTICOS</w:t>
      </w:r>
    </w:p>
    <w:p>
      <w:pPr>
        <w:spacing w:after="280"/>
        <w:jc w:val="center"/>
      </w:pPr>
      <w:r>
        <w:rPr>
          <w:i/>
          <w:sz w:val="22"/>
        </w:rPr>
        <w:t>ESTEBAN MUSIC · ELIEZER DANIELS · DC DEL ROSARIO · SPIRITUAL BLESS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297680" cy="317828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_DEL_ROSARIO_foto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178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1"/>
        </w:rPr>
        <w:t>Dc Del Rosario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297680" cy="475588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TEBAN_MUSIC_foto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47558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1"/>
        </w:rPr>
        <w:t>Esteban Music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297680" cy="64465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IEZER_DANIELS_foto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6446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1"/>
        </w:rPr>
        <w:t>Eliezer Daniels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297680" cy="28628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IRITUAL_BLESS_foto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8628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1"/>
        </w:rPr>
        <w:t>Spiritual Bless</w:t>
      </w:r>
    </w:p>
    <w:p>
      <w:pPr>
        <w:jc w:val="center"/>
      </w:pPr>
      <w:r>
        <w:rPr>
          <w:b/>
          <w:sz w:val="26"/>
        </w:rPr>
        <w:t>Dossier de presentación artística</w:t>
      </w:r>
    </w:p>
    <w:p/>
    <w:p>
      <w:pPr>
        <w:jc w:val="center"/>
      </w:pPr>
      <w:r>
        <w:t>Selección de artistas de música cristiana urbana con perfiles enfocados en trayectoria, identidad artística, repertorio, colaboraciones y presencia digital.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CONTENIDO</w:t>
      </w:r>
    </w:p>
    <w:p>
      <w:pPr>
        <w:spacing w:after="60"/>
      </w:pPr>
      <w:r>
        <w:rPr>
          <w:b/>
        </w:rPr>
        <w:t xml:space="preserve">01  </w:t>
      </w:r>
      <w:r>
        <w:t>ESTEBAN MUSIC</w:t>
      </w:r>
    </w:p>
    <w:p>
      <w:pPr>
        <w:spacing w:after="60"/>
      </w:pPr>
      <w:r>
        <w:rPr>
          <w:b/>
        </w:rPr>
        <w:t xml:space="preserve">02  </w:t>
      </w:r>
      <w:r>
        <w:t>ELIEZER DANIELS</w:t>
      </w:r>
    </w:p>
    <w:p>
      <w:pPr>
        <w:spacing w:after="60"/>
      </w:pPr>
      <w:r>
        <w:rPr>
          <w:b/>
        </w:rPr>
        <w:t xml:space="preserve">03  </w:t>
      </w:r>
      <w:r>
        <w:t>DC DEL ROSARIO</w:t>
      </w:r>
    </w:p>
    <w:p>
      <w:pPr>
        <w:spacing w:after="60"/>
      </w:pPr>
      <w:r>
        <w:rPr>
          <w:b/>
        </w:rPr>
        <w:t xml:space="preserve">04  </w:t>
      </w:r>
      <w:r>
        <w:t>SPIRITUAL BLESS</w:t>
      </w:r>
    </w:p>
    <w:p>
      <w:r>
        <w:br w:type="page"/>
      </w:r>
    </w:p>
    <w:p>
      <w:pPr>
        <w:spacing w:after="60"/>
        <w:jc w:val="center"/>
      </w:pPr>
      <w:r>
        <w:rPr>
          <w:b/>
          <w:sz w:val="52"/>
        </w:rPr>
        <w:t>01 — ESTEBAN MUSIC</w:t>
      </w:r>
    </w:p>
    <w:p>
      <w:pPr>
        <w:spacing w:after="280"/>
        <w:jc w:val="center"/>
      </w:pPr>
      <w:r>
        <w:rPr>
          <w:i/>
          <w:sz w:val="22"/>
        </w:rPr>
        <w:t>ARTISTA · COMPOSITOR · PRODUCTOR</w:t>
      </w:r>
    </w:p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Nombre artístico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Esteban Music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Nombre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Manuel Esteban Lorenzo Peña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Nacimiento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8 de mayo de 2005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Origen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San Pedro de Macorís, República Dominicana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Propuesta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Música cristiana urbana · composición · producción</w:t>
            </w:r>
          </w:p>
        </w:tc>
      </w:tr>
    </w:tbl>
    <w:p>
      <w:pPr>
        <w:spacing w:after="40"/>
      </w:pP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BIOGRAFÍA</w:t>
      </w:r>
    </w:p>
    <w:p>
      <w:r>
        <w:t>Esteban Music es un artista, compositor y productor dominicano de música cristiana urbana. Nació en San Pedro de Macorís y creció en un entorno pastoral y musical que influyó desde temprano en su relación con la música.</w:t>
      </w:r>
    </w:p>
    <w:p>
      <w:r>
        <w:t>Desde los 12 años comenzó a desarrollar su interés por la producción, la composición y la creación de beats. En 2020 conoció a Spiritual Bless, encuentro que contribuyó a impulsar su desarrollo artístico y profesional.</w:t>
      </w:r>
    </w:p>
    <w:p>
      <w:r>
        <w:t>Su propuesta combina sonidos urbanos contemporáneos con letras centradas en fe, experiencias personales y esperanza. Su trabajo se ha extendido a colaboraciones y producciones para distintos exponentes de la música cristiana urbana.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REPERTORIO DESTACADO</w:t>
      </w:r>
    </w:p>
    <w:p>
      <w:r>
        <w:t>Dios no falla · Reconéctame · Bendíceme Tú · SOL (Acústico) · Mi Paz · Wapa · Mientras sanas · 911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COLABORACIONES</w:t>
      </w:r>
    </w:p>
    <w:p>
      <w:r>
        <w:t>Spiritual Bless · Lizzy Parra · Omy Alka · Eliezer Daniels · DC del Rosario · Kanelo Pro · Isaac Ramos · Black Sheep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REDES Y PLATAFORMAS</w:t>
      </w:r>
    </w:p>
    <w:p>
      <w:pPr>
        <w:spacing w:before="60" w:after="140"/>
      </w:pPr>
      <w:r>
        <w:rPr>
          <w:b/>
        </w:rPr>
        <w:t>ENLACES OFICIALES / PLATAFORMAS</w:t>
      </w:r>
      <w:r>
        <w:br/>
      </w:r>
      <w:hyperlink r:id="rId16">
        <w:r>
          <w:rPr>
            <w:color w:val="0563C1"/>
            <w:u w:val="single"/>
          </w:rPr>
          <w:t>Instagram</w:t>
        </w:r>
      </w:hyperlink>
      <w:r>
        <w:t xml:space="preserve">   •   </w:t>
      </w:r>
      <w:hyperlink r:id="rId15">
        <w:r>
          <w:rPr>
            <w:color w:val="0563C1"/>
            <w:u w:val="single"/>
          </w:rPr>
          <w:t>Spotify</w:t>
        </w:r>
      </w:hyperlink>
      <w:r>
        <w:rPr>
          <w:b/>
        </w:rPr>
        <w:t xml:space="preserve"> ✓</w:t>
      </w:r>
      <w:r>
        <w:t xml:space="preserve">   •   </w:t>
      </w:r>
      <w:hyperlink r:id="rId17">
        <w:r>
          <w:rPr>
            <w:color w:val="0563C1"/>
            <w:u w:val="single"/>
          </w:rPr>
          <w:t>YouTube</w:t>
        </w:r>
      </w:hyperlink>
    </w:p>
    <w:p>
      <w:r>
        <w:br w:type="page"/>
      </w:r>
    </w:p>
    <w:p>
      <w:pPr>
        <w:spacing w:after="60"/>
        <w:jc w:val="center"/>
      </w:pPr>
      <w:r>
        <w:rPr>
          <w:b/>
          <w:sz w:val="52"/>
        </w:rPr>
        <w:t>02 — ELIEZER DANIELS</w:t>
      </w:r>
    </w:p>
    <w:p>
      <w:pPr>
        <w:spacing w:after="280"/>
        <w:jc w:val="center"/>
      </w:pPr>
      <w:r>
        <w:rPr>
          <w:i/>
          <w:sz w:val="22"/>
        </w:rPr>
        <w:t>ARTISTA · COMPOSITOR · CHRISTIAN POP / URBANO</w:t>
      </w:r>
    </w:p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Nombre artístico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Eliezer Daniels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Nacimiento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4 de abril de 2006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Origen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San Pedro de Macorís, República Dominicana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Propuesta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Christian Pop · música cristiana urbana · composición</w:t>
            </w:r>
          </w:p>
        </w:tc>
      </w:tr>
    </w:tbl>
    <w:p>
      <w:pPr>
        <w:spacing w:after="40"/>
      </w:pP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BIOGRAFÍA</w:t>
      </w:r>
    </w:p>
    <w:p>
      <w:r>
        <w:t>Eliezer Daniels es un artista dominicano de música cristiana nacido en San Pedro de Macorís, República Dominicana. Su conexión con la música comenzó desde niño, especialmente a través del coro de su iglesia.</w:t>
      </w:r>
    </w:p>
    <w:p>
      <w:r>
        <w:t>Su propuesta se mueve entre el pop cristiano y los sonidos urbanos, con canciones que comunican fe, gratitud, esperanza y experiencias personales desde una perspectiva contemporánea.</w:t>
      </w:r>
    </w:p>
    <w:p>
      <w:r>
        <w:t>Dentro de su trayectoria destacan colaboraciones con artistas de la escena cristiana urbana y participaciones que han ampliado su repertorio y su identidad como intérprete y compositor.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REPERTORIO DESTACADO</w:t>
      </w:r>
    </w:p>
    <w:p>
      <w:r>
        <w:t>Del Agua al Cielo · Debilidades · Cómo te pago · YahweH · Bubalú · No Tengo Miedo · Una Esperanza Mayor · SOL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COLABORACIONES</w:t>
      </w:r>
    </w:p>
    <w:p>
      <w:r>
        <w:t>Spiritual Bless · Esteban Music · DC del Rosario · LINARES · Lizzy Parra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REDES Y PLATAFORMAS</w:t>
      </w:r>
    </w:p>
    <w:p>
      <w:pPr>
        <w:spacing w:before="60" w:after="140"/>
      </w:pPr>
      <w:r>
        <w:rPr>
          <w:b/>
        </w:rPr>
        <w:t>ENLACES OFICIALES / PLATAFORMAS</w:t>
      </w:r>
      <w:r>
        <w:br/>
      </w:r>
      <w:hyperlink r:id="rId18">
        <w:r>
          <w:rPr>
            <w:color w:val="0563C1"/>
            <w:u w:val="single"/>
          </w:rPr>
          <w:t>Instagram</w:t>
        </w:r>
      </w:hyperlink>
      <w:r>
        <w:t xml:space="preserve">   •   </w:t>
      </w:r>
      <w:hyperlink r:id="rId19">
        <w:r>
          <w:rPr>
            <w:color w:val="0563C1"/>
            <w:u w:val="single"/>
          </w:rPr>
          <w:t>Spotify</w:t>
        </w:r>
      </w:hyperlink>
      <w:r>
        <w:t xml:space="preserve">   •   </w:t>
      </w:r>
      <w:hyperlink r:id="rId20">
        <w:r>
          <w:rPr>
            <w:color w:val="0563C1"/>
            <w:u w:val="single"/>
          </w:rPr>
          <w:t>YouTube</w:t>
        </w:r>
      </w:hyperlink>
    </w:p>
    <w:p>
      <w:r>
        <w:br w:type="page"/>
      </w:r>
    </w:p>
    <w:p>
      <w:pPr>
        <w:spacing w:after="60"/>
        <w:jc w:val="center"/>
      </w:pPr>
      <w:r>
        <w:rPr>
          <w:b/>
          <w:sz w:val="52"/>
        </w:rPr>
        <w:t>03 — DC DEL ROSARIO</w:t>
      </w:r>
    </w:p>
    <w:p>
      <w:pPr>
        <w:spacing w:after="280"/>
        <w:jc w:val="center"/>
      </w:pPr>
      <w:r>
        <w:rPr>
          <w:i/>
          <w:sz w:val="22"/>
        </w:rPr>
        <w:t>RAP · SPOKEN WORD · POESÍA URBANA</w:t>
      </w:r>
    </w:p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Nombre artístico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DC del Rosario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Nombre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Julio José del Rosario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Nacimiento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3 de marzo de 1991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Origen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Santo Domingo Este, República Dominicana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Propuesta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Rap cristiano · Spoken Word · poesía urbana</w:t>
            </w:r>
          </w:p>
        </w:tc>
      </w:tr>
    </w:tbl>
    <w:p>
      <w:pPr>
        <w:spacing w:after="40"/>
      </w:pP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BIOGRAFÍA</w:t>
      </w:r>
    </w:p>
    <w:p>
      <w:r>
        <w:t>DC del Rosario es un artista dominicano cuya propuesta combina rap, spoken word y poesía urbana. Su escritura funciona como eje central de una obra enfocada en fe, reflexión, experiencias personales y esperanza.</w:t>
      </w:r>
    </w:p>
    <w:p>
      <w:r>
        <w:t>Su estilo se distingue por una lírica profunda, introspectiva y de contenido espiritual y teológico. La palabra hablada ocupa un lugar propio dentro de su identidad artística, permitiéndole desarrollar mensajes que funcionan tanto en música como en formatos audiovisuales.</w:t>
      </w:r>
    </w:p>
    <w:p>
      <w:r>
        <w:t>Su proyecto “Inmutable Esperanza” une música y concepto literario. A este universo se suman piezas de spoken word como “No Me Callaré” y el desarrollo del proyecto “Identidad Eterna”.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REPERTORIO DESTACADO</w:t>
      </w:r>
    </w:p>
    <w:p>
      <w:r>
        <w:t>Reconéctame · Bendíceme Tú · Una Esperanza Mayor · Una Esperanza Mejor · Otra vez · Mi Todo · Solo Dependo de Ti · No Me Callaré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COLABORACIONES</w:t>
      </w:r>
    </w:p>
    <w:p>
      <w:r>
        <w:t>Spiritual Bless · Esteban Music · Eliezer Daniels · Albert Miliano · Randy SB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REDES Y PLATAFORMAS</w:t>
      </w:r>
    </w:p>
    <w:p>
      <w:pPr>
        <w:spacing w:before="60" w:after="140"/>
      </w:pPr>
      <w:r>
        <w:rPr>
          <w:b/>
        </w:rPr>
        <w:t>ENLACES OFICIALES / PLATAFORMAS</w:t>
      </w:r>
      <w:r>
        <w:br/>
      </w:r>
      <w:hyperlink r:id="rId21">
        <w:r>
          <w:rPr>
            <w:color w:val="0563C1"/>
            <w:u w:val="single"/>
          </w:rPr>
          <w:t>Instagram</w:t>
        </w:r>
      </w:hyperlink>
      <w:r>
        <w:t xml:space="preserve">   •   </w:t>
      </w:r>
      <w:hyperlink r:id="rId22">
        <w:r>
          <w:rPr>
            <w:color w:val="0563C1"/>
            <w:u w:val="single"/>
          </w:rPr>
          <w:t>Spotify</w:t>
        </w:r>
      </w:hyperlink>
      <w:r>
        <w:rPr>
          <w:b/>
        </w:rPr>
        <w:t xml:space="preserve"> ✓</w:t>
      </w:r>
      <w:r>
        <w:t xml:space="preserve">   •   </w:t>
      </w:r>
      <w:hyperlink r:id="rId23">
        <w:r>
          <w:rPr>
            <w:color w:val="0563C1"/>
            <w:u w:val="single"/>
          </w:rPr>
          <w:t>YouTube</w:t>
        </w:r>
      </w:hyperlink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SPOKEN WORD</w:t>
      </w:r>
    </w:p>
    <w:p>
      <w:r>
        <w:t>El spoken word es un componente central de su propuesta: poesía, narración y palabra hablada se integran a su universo musical y amplían el contenido de sus presentaciones y piezas audiovisuales.</w:t>
      </w:r>
    </w:p>
    <w:p>
      <w:r>
        <w:br w:type="page"/>
      </w:r>
    </w:p>
    <w:p>
      <w:pPr>
        <w:spacing w:after="60"/>
        <w:jc w:val="center"/>
      </w:pPr>
      <w:r>
        <w:rPr>
          <w:b/>
          <w:sz w:val="52"/>
        </w:rPr>
        <w:t>04 — SPIRITUAL BLESS</w:t>
      </w:r>
    </w:p>
    <w:p>
      <w:pPr>
        <w:spacing w:after="280"/>
        <w:jc w:val="center"/>
      </w:pPr>
      <w:r>
        <w:rPr>
          <w:i/>
          <w:sz w:val="22"/>
        </w:rPr>
        <w:t>HIP HOP · RAP · MÚSICA URBANA · CONTENIDO CRISTIANO</w:t>
      </w:r>
    </w:p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Nombre artístico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Spiritual Bless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Nombre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Natanael Ramos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Nacimiento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4 de abril de 1994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Origen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Santo Domingo, República Dominicana</w:t>
            </w:r>
          </w:p>
        </w:tc>
      </w:tr>
      <w:tr>
        <w:tc>
          <w:tcPr>
            <w:tcW w:type="dxa" w:w="2232"/>
            <w:vAlign w:val="center"/>
          </w:tcPr>
          <w:p>
            <w:r>
              <w:rPr>
                <w:b/>
                <w:sz w:val="19"/>
              </w:rPr>
              <w:t>Propuesta</w:t>
            </w:r>
          </w:p>
        </w:tc>
        <w:tc>
          <w:tcPr>
            <w:tcW w:type="dxa" w:w="7992"/>
            <w:vAlign w:val="center"/>
          </w:tcPr>
          <w:p>
            <w:r>
              <w:rPr>
                <w:sz w:val="19"/>
              </w:rPr>
              <w:t>Hip Hop cristiano · rap · música urbana · contenido cristiano</w:t>
            </w:r>
          </w:p>
        </w:tc>
      </w:tr>
    </w:tbl>
    <w:p>
      <w:pPr>
        <w:spacing w:after="40"/>
      </w:pP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BIOGRAFÍA</w:t>
      </w:r>
    </w:p>
    <w:p>
      <w:r>
        <w:t>Spiritual Bless es un artista dominicano de música cristiana urbana cuya propuesta combina hip hop, rap, sonidos urbanos y mensaje cristiano. Su obra aborda fe, identidad, transformación, esperanza y experiencias personales.</w:t>
      </w:r>
    </w:p>
    <w:p>
      <w:r>
        <w:t>Su identidad artística se extiende más allá de la canción hacia contenido relacionado con Biblia, shofar, enseñanza y ministerio. Esta combinación le permite desarrollar una propuesta integral que une música, comunicación y servicio.</w:t>
      </w:r>
    </w:p>
    <w:p>
      <w:r>
        <w:t>Entre sus producciones se encuentran “Bendición Espiritual”, “Shalom”, “Sueños”, “La oración de mami”, “Me Llama” y la serie “El Conteo”. Su trayectoria incluye colaboraciones con diferentes exponentes de la música cristiana urbana.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REPERTORIO DESTACADO</w:t>
      </w:r>
    </w:p>
    <w:p>
      <w:r>
        <w:t>Bendición Espiritual · Shalom · Sueños · La oración de mami · Me Llama · El Conteo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COLABORACIONES</w:t>
      </w:r>
    </w:p>
    <w:p>
      <w:r>
        <w:t>Esteban Music · Eliezer Daniels · DC del Rosario · Lizzy Parra · Omy Alka · Kanelo Pro · Isaac Ramos · Black Sheep · Luis Antonio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REDES Y PLATAFORMAS</w:t>
      </w:r>
    </w:p>
    <w:p>
      <w:pPr>
        <w:spacing w:before="60" w:after="140"/>
      </w:pPr>
      <w:r>
        <w:rPr>
          <w:b/>
        </w:rPr>
        <w:t>ENLACES OFICIALES / PLATAFORMAS</w:t>
      </w:r>
      <w:r>
        <w:br/>
      </w:r>
      <w:hyperlink r:id="rId13">
        <w:r>
          <w:rPr>
            <w:color w:val="0563C1"/>
            <w:u w:val="single"/>
          </w:rPr>
          <w:t>Instagram</w:t>
        </w:r>
      </w:hyperlink>
      <w:r>
        <w:rPr>
          <w:b/>
        </w:rPr>
        <w:t xml:space="preserve"> ✓</w:t>
      </w:r>
      <w:r>
        <w:t xml:space="preserve">   •   </w:t>
      </w:r>
      <w:hyperlink r:id="rId24">
        <w:r>
          <w:rPr>
            <w:color w:val="0563C1"/>
            <w:u w:val="single"/>
          </w:rPr>
          <w:t>Spotify</w:t>
        </w:r>
      </w:hyperlink>
      <w:r>
        <w:t xml:space="preserve">   •   </w:t>
      </w:r>
      <w:hyperlink r:id="rId14">
        <w:r>
          <w:rPr>
            <w:color w:val="0563C1"/>
            <w:u w:val="single"/>
          </w:rPr>
          <w:t>YouTube</w:t>
        </w:r>
      </w:hyperlink>
      <w:r>
        <w:rPr>
          <w:b/>
        </w:rPr>
        <w:t xml:space="preserve"> ✓</w:t>
      </w:r>
    </w:p>
    <w:p>
      <w:pPr>
        <w:spacing w:before="160" w:after="100"/>
        <w:pBdr>
          <w:bottom w:val="single" w:sz="8" w:space="2" w:color="BFBFBF"/>
        </w:pBdr>
      </w:pPr>
      <w:r>
        <w:rPr>
          <w:b/>
          <w:sz w:val="30"/>
        </w:rPr>
        <w:t>CONTENIDO Y MINISTERIO</w:t>
      </w:r>
    </w:p>
    <w:p>
      <w:r>
        <w:t>Además de su catálogo musical, Spiritual Bless desarrolla contenido vinculado con Biblia, shofar, enseñanza y ministerio, fortaleciendo una identidad que trasciende el lanzamiento musical tradicional.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pen.spotify.com/intl-es/artist/0Xuf6wb2j6Ok0KTAZNJTmH" TargetMode="External"/><Relationship Id="rId10" Type="http://schemas.openxmlformats.org/officeDocument/2006/relationships/hyperlink" Target="https://music.apple.com/us/artist/eliezer-daniels/1655424195" TargetMode="External"/><Relationship Id="rId11" Type="http://schemas.openxmlformats.org/officeDocument/2006/relationships/hyperlink" Target="https://open.spotify.com/intl-de/artist/0YDXIFDon8EqhAzaQ44SlU" TargetMode="External"/><Relationship Id="rId12" Type="http://schemas.openxmlformats.org/officeDocument/2006/relationships/hyperlink" Target="https://www.spiritualbless.com/" TargetMode="External"/><Relationship Id="rId13" Type="http://schemas.openxmlformats.org/officeDocument/2006/relationships/hyperlink" Target="https://www.instagram.com/spiritualblessofficial/" TargetMode="External"/><Relationship Id="rId14" Type="http://schemas.openxmlformats.org/officeDocument/2006/relationships/hyperlink" Target="https://www.youtube.com/@spiritualblessofficial" TargetMode="External"/><Relationship Id="rId15" Type="http://schemas.openxmlformats.org/officeDocument/2006/relationships/hyperlink" Target="https://open.spotify.com/artist/0Xuf6wb2j6Ok0KTAZNJTmH" TargetMode="External"/><Relationship Id="rId16" Type="http://schemas.openxmlformats.org/officeDocument/2006/relationships/hyperlink" Target="https://www.instagram.com/explore/search/keyword/?q=Esteban%20Music" TargetMode="External"/><Relationship Id="rId17" Type="http://schemas.openxmlformats.org/officeDocument/2006/relationships/hyperlink" Target="https://www.youtube.com/results?search_query=Esteban+Music+Dominican+Republic" TargetMode="External"/><Relationship Id="rId18" Type="http://schemas.openxmlformats.org/officeDocument/2006/relationships/hyperlink" Target="https://www.instagram.com/explore/search/keyword/?q=Eliezer%20Daniels" TargetMode="External"/><Relationship Id="rId19" Type="http://schemas.openxmlformats.org/officeDocument/2006/relationships/hyperlink" Target="https://open.spotify.com/search/Eliezer%20Daniels" TargetMode="External"/><Relationship Id="rId20" Type="http://schemas.openxmlformats.org/officeDocument/2006/relationships/hyperlink" Target="https://www.youtube.com/results?search_query=Eliezer+Daniels+Dominican+Republic" TargetMode="External"/><Relationship Id="rId21" Type="http://schemas.openxmlformats.org/officeDocument/2006/relationships/hyperlink" Target="https://www.instagram.com/explore/search/keyword/?q=DC%20del%20Rosario" TargetMode="External"/><Relationship Id="rId22" Type="http://schemas.openxmlformats.org/officeDocument/2006/relationships/hyperlink" Target="https://open.spotify.com/artist/0YDXIFDon8EqhAzaQ44SlU" TargetMode="External"/><Relationship Id="rId23" Type="http://schemas.openxmlformats.org/officeDocument/2006/relationships/hyperlink" Target="https://www.youtube.com/results?search_query=DC+del+Rosario+Republica+Dominicana" TargetMode="External"/><Relationship Id="rId24" Type="http://schemas.openxmlformats.org/officeDocument/2006/relationships/hyperlink" Target="https://open.spotify.com/search/Spiritual%20Bless" TargetMode="External"/><Relationship Id="rId25" Type="http://schemas.openxmlformats.org/officeDocument/2006/relationships/image" Target="media/image1.jpg"/><Relationship Id="rId26" Type="http://schemas.openxmlformats.org/officeDocument/2006/relationships/image" Target="media/image2.jpg"/><Relationship Id="rId27" Type="http://schemas.openxmlformats.org/officeDocument/2006/relationships/image" Target="media/image3.jpg"/><Relationship Id="rId2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